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בטוחים וחברים טובים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שלטים פשוטים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בטוחה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כשחבר או חברה עצובים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תשובה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 פעם שנוסעים ברכב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מצד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רואים שמשהו לא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כאן עוברים ברגל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יושבים בשקט עם חגורה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הסימן שהחגורה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יורדים מצד המדרכה לבטיחות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רואים ושואלים ורק אחר כך 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המשמעות הפשוטה של השלט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השיתוף הוא בבחירה ולא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מקשיבים זה לשמוע בשקט מה החבר אומר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שלט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(עוצרים לגמרי)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(כאן עוברים ברגל)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(עוצרים ומחכים)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(אפשר ללכת)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(נוסעים לאט כי יש ילדים)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 שהחבר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רואים, שואלים, מקשיבים, מספרים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המתאר שלט אמיתי ומיקומו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רואים, שואלים, מקשיבים, מספרים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חגורה ובשקט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 לעצור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ארבעת הצעדים עם תנועות גוף כמו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בכרטיסי צבע לחלק החידון כדי לשמור על תחושת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לתלמידים עם קושי לחזור על אותם שלטים כמה פעמים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בטוחים וחברים טובים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שלטים, התנהגות בטוחה ברכב, ומה עושים כשחבר עצוב.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כשרואים שלט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חוגרים חגורת בטיחות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כשקר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פעם שנוסעים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מאיזה צד יורדים מהרכב בבטיחות?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מצד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מצד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השלב הראשון כשחבר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מספרים 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רואים שמשהו לא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צועקים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שלט עם ציור של ילדים חוצים כביש אומר...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כאן עוברים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כאן חונים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כאן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כאן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יושבים ברכב בבטיחות?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יושבים בשקט עם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 על המושב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בקול רם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קליק הוא הצליל שאנחנו עושים כששמים חגורת בטיחות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לרדת מהרכב מצד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 עצוב, השלב הראשון הוא לספר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עצור אומר לנו לעצור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לשתף איך מרגישים בעזרת כרטיס אימוג'י בלי להסביר במילים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זה אומר לדבר הרבה ולא לתת לחבר לדבר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כשחבר עצוב, קודם __________ שמשהו לא בסדר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ברכב תמיד חוגרים __________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יורדים מהרכב בצד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כשרואים שלט __________ עוצרים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הצעד האחרון כשחבר עצוב הוא לספר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שלט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שלט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עוצרים ומחכים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נוסעים לאט כי יש 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כאן עוברים ברגל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רמזור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עוצרים לגמרי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שלט זהירות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אפשר ללכת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למבוגר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שהחבר עצוב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בקצרה את ארבעת הצעדים שעושים כשחבר או חברה עצובים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על שלט שאתם מכירים ואיפה ראיתם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צעדים עושים כשחבר עצוב?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יושבים בבטחה ברכב?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שלט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בטוחים וחברים טובים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