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שלטים פשוטים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בטוחה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או חברה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פעם שנוסעים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רואים שמשהו לא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שהחגורה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יורדים מצד המדרכה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המשמעות הפשוטה של השלט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שלט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(כאן עוברים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(עוצרים ומחכים)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ללכת)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שהחבר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המתאר שלט אמיתי ומיקומו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רואים, שואלים, מקשיבים,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חגורה ובשקט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 לעצור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ארבעת הצעדים עם תנועות גוף כמו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בכרטיסי צבע לחלק החידון כדי לשמור על תחושת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עם קושי לחזור על אותם שלטים כמה פעמים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שלטים, התנהגות בטוחה ברכב, ומה עושים כשחבר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חגורת  ·  מדרכה  ·  רואים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כשרואים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חוגרים חגורת בטיחות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כשקר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פעם שנוסעים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השלב הראשון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מספרים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רואים שמשהו לא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הצליל קליק הוא הצליל שאנחנו עושים כששמים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לרדת מהרכב מצד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 עצור אומר לנו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כשחבר עצוב, קודם __________ שמשהו לא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ברכב תמיד חוגרים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יורדים מהרכב בצד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שלט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כאן עוברים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 ומחכים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עוצרים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שהחבר עצוב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שלט שאתם מכירים ואיפה ראיתם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צעדים עושים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יושבים בבטחה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בטוחים וחברים 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